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שלי – טריוויה וידע כללי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ידע כללי על גיאוגרפיה, טבע וחגים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נקרא וברירת תשובה נכונה מתוך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חג או מקום לבין המאפיין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מגן 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האותיות הן ך ם ן ף 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בפורים קוראים את מגילת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בחנוכייה יש שמונה קנים ועוד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אילת נמצאת על חוף הים האדום בדרום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בל״ג בעומר מדליקים מדורות, משלוחי מנות הם בפורים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ט״ו בשבט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חג או מקום למאפיין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(נוטעים עצים ואוכלים פירות)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(קוראים את מגילת אסתר)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(מדליקים מדורות)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(קל לצוף במים המלוחים)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(עיר עם נמל למרגלות הכרמל)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בו הרבה מאוד מלח, שעוזר לגוף לצוף בלי 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יעל - חיה מטפסת עם קרניים מעוקלות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במנורה שבעה קנים, בחנוכייה שמונה קנים ועוד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חמש אותיות: ך ם ן ף 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בחג 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בשליפת קלפים ולבקש מהתלמידים לענות לפני הפיכת הקלף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להקל את התרגיל על ידי השמטת הפריטים המסומנים skip_n לכיתות חלשות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הקישור בין כל עובדה למקום שלה על מפת ישראל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ישראל שלי – טריוויה וידע כללי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שאלות ידע כללי על הארץ – נופים, בעלי חיים, חגים וסמלים, בדומה לקלפי הטריוויה שבמשחק.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האגם הגדול של מים מתוקים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ים אפשר לצוף בקלות בגלל המלח?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מדבר נמצא בדרום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אטקמה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סמל נמצא במרכז דגל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עלה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מאיזה פרי מפיקים שמן ירוק-זהוב?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עיר נמצא נמל גדול למרגלות הר הכרמל?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יש חמש אותיות סופיות.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פורים קוראים את מגילת 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בחנוכייה יש שבעה קנים כמו במנורה.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אילת היא העיר הדרומית ביותר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בל״ג בעומר נוהגים לשלוח משלוחי מנות.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__________ נוהגים לנטוע עצים ולאכול פירות.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הם משחקי ספורט לספורטאים יהודים מכל העולם, הנערכים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היא חיה מטפסת עם קרניים מעוקלות, חיה באזור עין גדי.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שטח יבש וגדול בדרום הארץ, בין באר שבע לאילת.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בבית המקדש הייתה __________ בעלת שבעה קנים.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חג או מקום למאפיין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ט״ו בשבט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קל לצוף במים המלוחים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עיר עם נמל למרגלות הכרמל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ל״ג בעומר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קוראים את מגילת אסתר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מדליקים מדורות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נוטעים עצים ואוכלים פירות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אפשר לצוף בקלות בים המלח.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שם של חיה שחיה במדבר או באזור סלעי בישראל, ותארו אותה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ספרו על הבדל אחד בין המנורה שבבית המקדש לחנוכייה.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אותיות סופיות יש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חג קוראים את מגילת אסתר?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העיר הדרומית ביותר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ישראל שלי – טריוויה וידע כללי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