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שלי – טריוויה וידע כללי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ידע כללי על גיאוגרפיה, טבע וחגים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נקרא וברירת תשובה נכונה מתוך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חג או מקום לבין המאפיין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מגן 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האותיות הן ך ם ן ף 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בפורים קוראים את מגילת אסתר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ט״ו בשבט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חג או מקום למאפיין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(נוטעים עצים ואוכלים פירות)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(קוראים את מגילת אסתר)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(מדליקים מדורות)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(קל לצוף במים המלוחים)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בו הרבה מאוד מלח, שעוזר לגוף לצוף בלי מאמץ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חמש אותיות: ך ם ן ף 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בחג 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בשליפת קלפים ולבקש מהתלמידים לענות לפני הפיכת הקלף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להקל את התרגיל על ידי השמטת הפריטים המסומנים skip_n לכיתות חלשות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הקישור בין כל עובדה למקום שלה על מפת 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שלי – טריוויה וידע כללי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שאלות ידע כללי על הארץ – נופים, בעלי חיים, חגים וסמלים, בדומה לקלפי הטריוויה שבמשחק.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ט״ו בשבט  ·  מכביה  ·  יעל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האגם הגדול של מים מתוקים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ים אפשר לצוף בקלות בגלל המלח?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סמל נמצא במרכז דגל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מגן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בעברית יש חמש אותיות סופיות.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פורים קוראים את מגילת 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בחג __________ נוהגים לנטוע עצים ולאכול פירות.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הם משחקי ספורט לספורטאים יהודים מכל העולם, הנערכים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היא חיה מטפסת עם קרניים מעוקלות, חיה באזור עין גדי.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חג או מקום למאפיין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ט״ו בשבט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מדליקים מדורות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נוטעים עצים ואוכלים פירות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ל״ג בעומר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קל לצוף במים המלוחים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קוראים את מגילת אסתר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אפשר לצוף בקלות בים המלח.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אותיות סופיות יש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חג קוראים את מגילת אסתר?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ישראל שלי – טריוויה וידע כללי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